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B.Tech Mid Exam Practice Questions - Java &amp; Python</w:t>
      </w:r>
    </w:p>
    <w:p>
      <w:r>
        <w:rPr>
          <w:b/>
        </w:rPr>
        <w:t>Java</w:t>
        <w:br/>
      </w:r>
    </w:p>
    <w:p>
      <w:pPr>
        <w:pStyle w:val="ListNumber"/>
      </w:pPr>
      <w:r>
        <w:t>1. Explain OOP principles with examples.</w:t>
      </w:r>
    </w:p>
    <w:p>
      <w:pPr>
        <w:pStyle w:val="ListNumber"/>
      </w:pPr>
      <w:r>
        <w:t>2. Differentiate JDK, JRE, and JVM.</w:t>
      </w:r>
    </w:p>
    <w:p>
      <w:pPr>
        <w:pStyle w:val="ListNumber"/>
      </w:pPr>
      <w:r>
        <w:t>3. What is inheritance? Types?</w:t>
      </w:r>
    </w:p>
    <w:p>
      <w:pPr>
        <w:pStyle w:val="ListNumber"/>
      </w:pPr>
      <w:r>
        <w:t>4. Explain exception handling.</w:t>
      </w:r>
    </w:p>
    <w:p>
      <w:pPr>
        <w:pStyle w:val="ListNumber"/>
      </w:pPr>
      <w:r>
        <w:t>5. What are interfaces and abstract classes?</w:t>
      </w:r>
    </w:p>
    <w:p>
      <w:pPr>
        <w:pStyle w:val="ListNumber"/>
      </w:pPr>
      <w:r>
        <w:t>6. Explain multithreading and thread lifecycle.</w:t>
      </w:r>
    </w:p>
    <w:p>
      <w:pPr>
        <w:pStyle w:val="ListNumber"/>
      </w:pPr>
      <w:r>
        <w:t>7. What are collections? Compare ArrayList and LinkedList.</w:t>
      </w:r>
    </w:p>
    <w:p>
      <w:pPr>
        <w:pStyle w:val="ListNumber"/>
      </w:pPr>
      <w:r>
        <w:t>8. Explain JDBC architecture.</w:t>
      </w:r>
    </w:p>
    <w:p>
      <w:pPr>
        <w:pStyle w:val="ListNumber"/>
      </w:pPr>
      <w:r>
        <w:t>9. What is polymorphism?</w:t>
      </w:r>
    </w:p>
    <w:p>
      <w:pPr>
        <w:pStyle w:val="Heading2"/>
      </w:pPr>
      <w:r>
        <w:t>Python</w:t>
      </w:r>
    </w:p>
    <w:p>
      <w:pPr>
        <w:pStyle w:val="ListNumber"/>
      </w:pPr>
      <w:r>
        <w:t>1. Features of Python.</w:t>
      </w:r>
    </w:p>
    <w:p>
      <w:pPr>
        <w:pStyle w:val="ListNumber"/>
      </w:pPr>
      <w:r>
        <w:t>2. Lists vs Tuples.</w:t>
      </w:r>
    </w:p>
    <w:p>
      <w:pPr>
        <w:pStyle w:val="ListNumber"/>
      </w:pPr>
      <w:r>
        <w:t>3. Functions and lambda expressions.</w:t>
      </w:r>
    </w:p>
    <w:p>
      <w:pPr>
        <w:pStyle w:val="ListNumber"/>
      </w:pPr>
      <w:r>
        <w:t>4. Explain OOP in Python.</w:t>
      </w:r>
    </w:p>
    <w:p>
      <w:pPr>
        <w:pStyle w:val="ListNumber"/>
      </w:pPr>
      <w:r>
        <w:t>5. Exception handling.</w:t>
      </w:r>
    </w:p>
    <w:p>
      <w:pPr>
        <w:pStyle w:val="ListNumber"/>
      </w:pPr>
      <w:r>
        <w:t>6. Modules and packages.</w:t>
      </w:r>
    </w:p>
    <w:p>
      <w:pPr>
        <w:pStyle w:val="ListNumber"/>
      </w:pPr>
      <w:r>
        <w:t>7. File handling.</w:t>
      </w:r>
    </w:p>
    <w:p>
      <w:pPr>
        <w:pStyle w:val="ListNumber"/>
      </w:pPr>
      <w:r>
        <w:t>8. Dictionary operations.</w:t>
      </w:r>
    </w:p>
    <w:p>
      <w:pPr>
        <w:pStyle w:val="ListNumber"/>
      </w:pPr>
      <w:r>
        <w:t>9. Decorators and generators.</w:t>
      </w:r>
    </w:p>
    <w:p>
      <w:pPr>
        <w:pStyle w:val="ListNumber"/>
      </w:pPr>
      <w:r>
        <w:t>10. Difference between NumPy and Pandas.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